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רעיון מרכזי – מה העיקר?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שלושה צעדים · מטרייה מעל הפרטים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🌍 עולים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שלושה צעדים לעיקר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המטרייה של ״החלון הירוק״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רעיון מרכזי לסיפור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לנסח רעיון מרכזי בשלושה צעדים: נושא, מה נאמר עליו, משפט אחד.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להבחין בין רעיון מרכזי לבין פרט (״מקל״) או משפט כללי מדי.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פותרים יחד את ״נסו בעצמכם״ בעמוד הרעיון המרכזי.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צעדים ומטריית ״החלון הירוק״.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רעיון מרכזי לסיפור ״המטרייה״;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עולים. עברית פשוטה, מילון קטן בשש שפות (לוודא), אימוג׳י ליד מילים וטבלת ״המילון האישי שלי״.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א׳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צעד 1: מה הנושא? · צעד 2: מה נאמר על הנושא? · צעד 3: מנסחים במשפט אחד.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ב׳: ״החלון הירוק״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הנושא: יוזמת צמחים בבניין / ״החלון הירוק״. מה נאמר: הצמחים התפשטו לכל הבניין והשכנים התקרבו.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פרטים אפשריים: עציצי בזיליקום, נענע ופלפל; מודעה בכניסה לבניין; חזית הבניין הפכה לירוקה; שכנים מחליפים עצות.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הרעיון המרכזי: א. על אדן החלון עמדו עציצים של בזיליקום ונענע.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המשפט על העציצים הוא פרט (צר מדי – מקל ולא מטרייה); המשפט ״צמחים הם דבר חשוב״ רחב מדי ולא מסכם את מה שקרה בטקסט.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ג׳: ״המטרייה שלא רצתה להיפתח״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נושא: מטרייה קטנה שפחדה להיפתח (פחד ועזרה). רעיון מרכזי אפשרי: כשמישהו עוזר בעדינות ובסבלנות, אפשר להתגבר על פחד. כותרת: כל כותרת שמתאימה לרעיון, למשל ״נלך יחד, לאט״.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רעיון מרכזי – מה העיקר? · עולים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🌍 · מילון קטן – מילים חשובות בדף (תרגום – לוודא)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1458"/>
              <w:gridCol w:w="1458"/>
              <w:gridCol w:w="1458"/>
              <w:gridCol w:w="1458"/>
              <w:gridCol w:w="1458"/>
              <w:gridCol w:w="1458"/>
              <w:gridCol w:w="1458"/>
            </w:tblGrid>
            <w:tr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עברית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English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Русский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አማርኛ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العربية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Français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משפט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📝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sentence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предложение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ዓረፍተ ነገር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جملة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phrase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פסקה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📄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paragraph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абзац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አንቀጽ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فقرة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paragraphe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טקסט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📃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текст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ጽሑፍ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نص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כותרת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🏷️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title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заголовок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ርዕስ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عنوان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רעיון מרכזי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☂️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main idea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главная мысль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ዋና ሐሳብ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الفكرة الرئيسية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idée principale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* כל התרגומים מסומנים ״לוודא״ – כדאי לבדוק אותם עם דובר/ת השפה.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שלושה צעדים לעיקר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השלימו את שלושת הצעדים למציאת הרעיון המרכזי (היעזרו במילים: נושא · משפט אחד · מה נאמר).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צעד 1: ________________________ – שואלים: על מי או על מה הטקסט? עונים במילה או שתיים.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צעד 2: ________________________ – מחפשים את משפט המפתח – לרוב בתחילת הפסקה או בסופה.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צעד 3: ________________________ – מחברים נושא + מה נאמר עליו למשפט אחד במילים שלי, בלי דוגמאות.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💡 הרעיון המרכזי הוא המטרייה ☂️ – הפרטים הם המקלות שמתחתיה.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המטרייה של ״החלון הירוק״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הרעיון המרכזי הוא המטרייה – כל הפרטים עומדים מתחתיה. קראו את הטקסט ומלאו את המטרייה.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בתוך חודש הפכה חזית הבניין לירוקה. שכנים שלא דיברו זה עם זה שנים התחילו להחליף עצות על השקיה, ובערבים נשמעו צחוקים מהמרפסות.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E0CC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☂️ הנושא (מילה או שתיים):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E0CC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☂️ מה נאמר על הנושא?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מקלות המטרייה – שלושה פרטים מהטקסט: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פרט 1</w:t>
                  </w:r>
                </w:p>
              </w:tc>
              <w:tc>
                <w:tcPr>
                  <w:tcW w:type="dxa" w:w="3402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פרט 2</w:t>
                  </w:r>
                </w:p>
              </w:tc>
              <w:tc>
                <w:tcPr>
                  <w:tcW w:type="dxa" w:w="3402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פרט 3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איזה משפט הוא הרעיון המרכזי? הקיפו.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על אדן החלון עמדו עציצים של בזיליקום ונענע.     ◯ יוזמה של משפחה אחת לשתול צמחים הפכה את הבניין לירוק וקירבה בין השכנים.     ◯ צמחים הם דבר חשוב בחיים של כולם.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הסבירו: מה ״לא בסדר״ בשני המשפטים האחרים?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רעיון מרכזי לסיפור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את הסיפור. מה הרעיון המרכזי שלו?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המטרייה שלא רצתה להיפתח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כל המטריות בעמדה ליד הדלת נפתחו בשמחה כשהתחיל הגשם. רק מטרייה צהובה וקטנה נשארה מקופלת.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״מה קרה לך?״ שאלה אותה המטרייה הגדולה. ״אני מפחדת מהרוח,״ לחשה הצהובה.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באותו בוקר יצאה ילדה עם מגפיים אדומים, הרימה אותה בעדינות ואמרה: ״נלך יחד, לאט.״ והמטרייה – נפתחה.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☂️ הנושא: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☂️ הרעיון המרכזי במשפט אחד, במילים שלי: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🏷️ תנו לסיפור כותרת חדשה שמתאימה לרעיון המרכזי: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📒 · המילון האישי שלי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בעברית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ציור קטן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בשפה שלי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משפט לדוגמה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ההבדל בין נושא לבין רעיון מרכזי?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פרט בטקסט הוא כמו: ◯ ☂️ הבד של המטרייה ◯ 🦯 מקל של המטרייה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רעיון מרכזי · עולים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רעיון מרכזי · עולים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