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חידון מהיר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22 שאלות · מפתח תשובות במהדורה למורה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📘 רגיל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 ושורשים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מילות קישור, לפני הקריאה ורעיון מרכזי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לחזור על כל אסטרטגיות הקריאה באתר: מש״ה, תעודת זהות, מילות קישור, לפני–תוך כדי–אחרי ורעיון מרכזי.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טעויות נפוצות ולהסביר את התשובה הנכונה.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סבב אחד של ״חידון מהיר״ באתר.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פותרים לבד את חלקים א׳–ב׳ (בלי שעון).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ג׳, כתיבת שאלה משלכם והחלפה עם חבר/ה; בדיקה עם המפתח.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רגיל.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81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מס׳</w:t>
            </w:r>
          </w:p>
        </w:tc>
        <w:tc>
          <w:tcPr>
            <w:tcW w:type="dxa" w:w="326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 נכונה</w:t>
            </w:r>
          </w:p>
        </w:tc>
        <w:tc>
          <w:tcPr>
            <w:tcW w:type="dxa" w:w="6123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הסבר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מילון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מ׳ = מילון – מחפשים בו את פירוש המילה.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שורש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ש׳ = שורש – מוצאים מילים מוכרות מאותה משפחה.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3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הקשר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ה׳ = הקשר – קוראים לפני ואחרי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4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כ־ת־ב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מ׳ היא אות שימוש; השורש כ־ת־ב.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משמרת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משמרת – ש־מ־ר. שמש ושמן משורשים אחרים.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6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השמיע קול של כלב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ההקשר: כלב, בקול.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7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תקופה של חום חריג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מילה עם כמה פירושים – ההקשר (חום) בוחר.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8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י־ש־ב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י׳ הפכה לו׳: מושב, תושב, ישיבה – י־ש־ב.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9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נ־ג־ע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נ׳ נעלמה – כמו ״נגיעה״: נ־ג־ע.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ס־כ־ל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בהתפעל ת׳ וס׳ מתחלפות: הִתְסַכֵּל → הִסְתַּכֵּל.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קצר ומרוכז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ההסבר בא אחרי הנקודתיים – רמז הקשר.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בוחרים את הפירוש שמתאים למשפט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ההקשר בוחר את הפירוש.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13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פיל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פיל – שם של בעל חיים, לא מהשורש נ־פ־ל.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14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בראש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הכותרת בראש הטקסט, באותיות גדולות.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מי שכתב את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 = הכותב/ת. נמען = למי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16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מנהלת הספרייה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הנמען הוא מי שאליו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17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המקום שבו הוא פורסם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 = איפה הטקסט פורסם: עיתון, אתר, לוח מודעות…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18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5.11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 האירוע אינו תאריך הפרסום.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19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אבל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אבל = ניגוד. לכן = תוצאה. למשל = דוגמה.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20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לכן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הגשם הוא הסיבה, הדחייה היא התוצאה → לכן.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מציצים בכותרת ומנחשים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 – מתכוננים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המשפט שאומר מה העיקר בטקסט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הרעיון המרכזי – המטרייה מעל כל הפרטים.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ניקוד: נקודה לכל תשובה נכונה (סה״כ 22). מעל 18 – ⭐⭐⭐; מעל 13 – ⭐⭐; כל השאר – ⭐ ונחזור על הכרזה.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חידון מהיר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ושורשים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 ⭐ נקודה על כל תשובה 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1.  מה מסמלת האות מ׳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מילון     ◯ משפט     ◯ מורה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2.  מה מסמלת האות ש׳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שיר     ◯ שאלה     ◯ שורש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3.  מה מסמלת האות ה׳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הוראה     ◯ הקשר     ◯ הסבר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4.  מה השורש של ״מכתב״?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ת־ב־מ     ◯ כ־ת־ב     ◯ מ־כ־ת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5.  איזו מילה מאותה משפחה של ״שומר״?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משמרת     ◯ שמן     ◯ שמש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6.  ״הכלב נבח בקול על הדוור.״ מה פירוש ״נבח״?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ברח מהר     ◯ השמיע קול של כלב     ◯ ישן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7.  ״גל של חום הגיע לאזור.״ מה פירוש ״גל״ כאן?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ערמת אבנים     ◯ תקופה של חום חריג     ◯ תנועת מים בים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8.  מה השורש של ״מושב״?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מ־ש־ב     ◯ י־ש־ב     ◯ ש־ו־ב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9.  מה השורש של ״הגיע״?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ה־ג־ע     ◯ נ־ג־ע     ◯ ג־י־ע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10.  מה השורש של ״הסתכל״?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ת־כ־ל     ◯ ס־ת־כ     ◯ ס־כ־ל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11.  ״הנאום היה תמציתי: שלוש דקות, בלי מילה מיותרת.״ תמציתי =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מצחיק     ◯ ארוך ומשעמם     ◯ קצר ומרוכז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12.  מה עושים כשהמילון נותן כמה פירושים?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בוחרים תמיד את הראשון     ◯ בוחרים את הפירוש שמתאים למשפט     ◯ מוותרים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13.  איזו מילה אינה מהשורש נ־פ־ל?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מפל     ◯ הפיל     ◯ פיל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14.  איפה בדרך כלל מופיעה הכותרת?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רק בסוף     ◯ בראש הטקסט     ◯ באמצע הפסקה השלישית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15.  מי הוא ״המוען״?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מי שכתב את הטקסט     ◯ הנושא של הטקסט     ◯ מי שקורא את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16.  מי הוא ״הנמען״ במכתב שמתחיל ״לכבוד מנהלת הספרייה״?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הספרייה העירונית כולה     ◯ הכותב     ◯ מנהלת הספרייה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17.  ״במה״ של טקסט היא…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שם הכותב     ◯ המקום שבו הוא פורסם     ◯ הבמה באולם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18.  בהזמנה כתוב ״האירוע: 19.11, נשלח: 5.11״. מהו תאריך הפרסום?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19.11     ◯ אין תאריך     ◯ 5.11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מילות קישור, לפני הקריאה ורעיון מרכזי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19.  איזו מילת קישור מסמנת ניגוד?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למשל     ◯ לכן     ◯ אבל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20.  ״ירד גשם חזק, ___ המשחק נדחה.״ מה מתאים?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למרות     ◯ למשל     ◯ לכן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21.  מה עושים ״לפני הקריאה״?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מציצים בכותרת ומנחשים     ◯ עונים על השאלות     ◯ מסכמים במשפט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22.  מהו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שם הכותב     ◯ הפרט הכי מצחיק     ◯ המשפט שאומר מה העיקר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עכשיו אתם: כתבו שאלה משלכם לחידון, עם תשובה נכונה ושתי תשובות שגויות.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⭐ הניקוד שלי: ______ מתוך 22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שאלה אחת שהייתה לי קשה – ומה התשובה הנכונה: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טיפ אחד שאזכור לפעם הבאה: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חידון מהיר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חידון מהיר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